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Custom"/>
        <w:jc w:val="left"/>
      </w:pPr>
      <w:r>
        <w:t>Ficha integral del joven seleccionado</w:t>
      </w:r>
    </w:p>
    <w:p>
      <w:pPr>
        <w:pStyle w:val="SubtitleCustom"/>
      </w:pPr>
      <w:r>
        <w:t>Formulario interno para expediente de participación, viaje, salud, contacto y cumplimiento documental</w:t>
      </w:r>
    </w:p>
    <w:p>
      <w:pPr>
        <w:spacing w:after="160"/>
        <w:pBdr>
          <w:bottom w:val="single" w:sz="10" w:space="2" w:color="18355D"/>
        </w:pBdr>
      </w:pPr>
      <w:r>
        <w:t xml:space="preserve"> 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single" w:sz="8" w:space="0" w:color="D0D8E5"/>
          <w:left w:val="single" w:sz="8" w:space="0" w:color="D0D8E5"/>
          <w:bottom w:val="single" w:sz="8" w:space="0" w:color="D0D8E5"/>
          <w:right w:val="single" w:sz="8" w:space="0" w:color="D0D8E5"/>
          <w:insideH w:val="single" w:sz="8" w:space="0" w:color="D0D8E5"/>
          <w:insideV w:val="single" w:sz="8" w:space="0" w:color="D0D8E5"/>
        </w:tblBorders>
      </w:tblPr>
      <w:tblGrid>
        <w:gridCol w:w="3312"/>
        <w:gridCol w:w="3312"/>
        <w:gridCol w:w="3312"/>
      </w:tblGrid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Código</w:t>
              <w:br/>
            </w:r>
            <w:r>
              <w:rPr>
                <w:sz w:val="19"/>
              </w:rPr>
              <w:t>FOR-JOV-001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Versión</w:t>
              <w:br/>
            </w:r>
            <w:r>
              <w:rPr>
                <w:sz w:val="19"/>
              </w:rPr>
              <w:t>1.0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Vigencia</w:t>
              <w:br/>
            </w:r>
            <w:r>
              <w:rPr>
                <w:sz w:val="19"/>
              </w:rPr>
              <w:t>[Fecha de aprobación]</w:t>
            </w:r>
          </w:p>
        </w:tc>
      </w:tr>
      <w:tr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Aprobado por</w:t>
              <w:br/>
            </w:r>
            <w:r>
              <w:rPr>
                <w:sz w:val="19"/>
              </w:rPr>
              <w:t>[Órgano/Presidencia]</w:t>
            </w:r>
          </w:p>
        </w:tc>
        <w:tc>
          <w:tcPr>
            <w:tcW w:type="dxa" w:w="2592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Revisión</w:t>
              <w:br/>
            </w:r>
            <w:r>
              <w:rPr>
                <w:sz w:val="19"/>
              </w:rPr>
              <w:t>Anual o al ocurrir un incidente</w:t>
            </w:r>
          </w:p>
        </w:tc>
        <w:tc>
          <w:tcPr>
            <w:tcW w:type="dxa" w:w="3024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color w:val="31486C"/>
              </w:rPr>
              <w:t>Área responsable</w:t>
              <w:br/>
            </w:r>
            <w:r>
              <w:rPr>
                <w:sz w:val="19"/>
              </w:rPr>
              <w:t>[Nombre del responsable]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  <w:tblBorders>
          <w:top w:val="single" w:sz="10" w:space="0" w:color="BFD0E6"/>
          <w:left w:val="single" w:sz="10" w:space="0" w:color="BFD0E6"/>
          <w:bottom w:val="single" w:sz="10" w:space="0" w:color="BFD0E6"/>
          <w:right w:val="single" w:sz="10" w:space="0" w:color="BFD0E6"/>
          <w:insideH w:val="single" w:sz="10" w:space="0" w:color="BFD0E6"/>
          <w:insideV w:val="single" w:sz="10" w:space="0" w:color="BFD0E6"/>
        </w:tblBorders>
      </w:tblPr>
      <w:tblGrid>
        <w:gridCol w:w="9936"/>
      </w:tblGrid>
      <w:tr>
        <w:tc>
          <w:tcPr>
            <w:tcW w:type="dxa" w:w="9936"/>
            <w:shd w:fill="EDF3FB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pPr>
              <w:spacing w:after="0"/>
            </w:pPr>
            <w:r>
              <w:rPr>
                <w:b/>
                <w:color w:val="18355D"/>
              </w:rPr>
              <w:t>Regla documental mínima</w:t>
              <w:br/>
            </w:r>
            <w:r>
              <w:t>El pasaporte vigente es obligatorio para la participación internacional. La visa estadounidense se registra como recomendada, no como requisito obligatorio general, salvo que la ruta o el destino la exijan.</w:t>
            </w:r>
          </w:p>
        </w:tc>
      </w:tr>
    </w:tbl>
    <w:p/>
    <w:p>
      <w:pPr>
        <w:pStyle w:val="Heading1Custom"/>
      </w:pPr>
      <w:r>
        <w:t>1. Datos personales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Fecha de nacimiento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Edad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Sexo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Nacionalidad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Número de cédula / acta / ID escolar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Dirección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Municipio / provincia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2. Información académica y de participación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Centro educativo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Curso / grado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Promedio u observación académica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Rol en el equipo / delegación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Experiencia previa en competencias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3. Documentos de viaje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B7C4D6"/>
          <w:left w:val="single" w:sz="8" w:space="0" w:color="B7C4D6"/>
          <w:bottom w:val="single" w:sz="8" w:space="0" w:color="B7C4D6"/>
          <w:right w:val="single" w:sz="8" w:space="0" w:color="B7C4D6"/>
          <w:insideH w:val="single" w:sz="8" w:space="0" w:color="B7C4D6"/>
          <w:insideV w:val="single" w:sz="8" w:space="0" w:color="B7C4D6"/>
        </w:tblBorders>
      </w:tblPr>
      <w:tblGrid>
        <w:gridCol w:w="2484"/>
        <w:gridCol w:w="2484"/>
        <w:gridCol w:w="2484"/>
        <w:gridCol w:w="2484"/>
      </w:tblGrid>
      <w:tr>
        <w:trPr>
          <w:tblHeader w:val="true"/>
        </w:trPr>
        <w:tc>
          <w:tcPr>
            <w:tcW w:type="dxa" w:w="518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Documento</w:t>
            </w:r>
          </w:p>
        </w:tc>
        <w:tc>
          <w:tcPr>
            <w:tcW w:type="dxa" w:w="86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Sí</w:t>
            </w:r>
          </w:p>
        </w:tc>
        <w:tc>
          <w:tcPr>
            <w:tcW w:type="dxa" w:w="86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No</w:t>
            </w:r>
          </w:p>
        </w:tc>
        <w:tc>
          <w:tcPr>
            <w:tcW w:type="dxa" w:w="3168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Dato / fecha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Pasaporte vigente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Número: ____________________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Pasaporte con 6+ meses de vigencia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Vence: ____________________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Visa estadounidense vigente (recomendada)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Vence: ____________________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Visa del país destino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Vence: ____________________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Permiso de salida de menor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Aprobado el: ______________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Seguro médico / viaje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Póliza: ____________________</w:t>
            </w:r>
          </w:p>
        </w:tc>
      </w:tr>
    </w:tbl>
    <w:p/>
    <w:p>
      <w:pPr>
        <w:pStyle w:val="Heading1Custom"/>
      </w:pPr>
      <w:r>
        <w:t>4. Padre, madre o tutor legal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contacto principal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Relación con el menor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 1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 2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contacto secundario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 secundario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</w:tbl>
    <w:p/>
    <w:p>
      <w:pPr>
        <w:pStyle w:val="Heading1Custom"/>
      </w:pPr>
      <w:r>
        <w:t>5. Contacto de emergencia alterno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Nombre completo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Relación con la familia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Teléfono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Correo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6. Salud y bienestar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Tipo de sangre (si se conoce)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Alergias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Condiciones médicas relevantes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  <w:br/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Medicamentos regulares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Restricciones alimentarias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Seguro / centro médico preferido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7. Información logística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CBD6E3"/>
          <w:left w:val="single" w:sz="8" w:space="0" w:color="CBD6E3"/>
          <w:bottom w:val="single" w:sz="8" w:space="0" w:color="CBD6E3"/>
          <w:right w:val="single" w:sz="8" w:space="0" w:color="CBD6E3"/>
          <w:insideH w:val="single" w:sz="8" w:space="0" w:color="CBD6E3"/>
          <w:insideV w:val="single" w:sz="8" w:space="0" w:color="CBD6E3"/>
        </w:tblBorders>
      </w:tblPr>
      <w:tblGrid>
        <w:gridCol w:w="4968"/>
        <w:gridCol w:w="4968"/>
      </w:tblGrid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Talla de camiseta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Talla de chaqueta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Talla de pantalón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Observaciones de hospedaje / rooming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  <w:tr>
        <w:tc>
          <w:tcPr>
            <w:tcW w:type="dxa" w:w="3168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  <w:shd w:fill="EFF3F8"/>
          </w:tcPr>
          <w:p>
            <w:r>
              <w:rPr>
                <w:b/>
                <w:color w:val="31486C"/>
              </w:rPr>
              <w:t>Restricciones de movilidad o accesibilidad</w:t>
            </w:r>
          </w:p>
        </w:tc>
        <w:tc>
          <w:tcPr>
            <w:tcW w:type="dxa" w:w="6912"/>
            <w:tcMar>
              <w:top w:w="90" w:type="dxa"/>
              <w:start w:w="120" w:type="dxa"/>
              <w:bottom w:w="90" w:type="dxa"/>
              <w:end w:w="120" w:type="dxa"/>
            </w:tcMar>
            <w:vAlign w:val="center"/>
          </w:tcPr>
          <w:p>
            <w:r>
              <w:t>______________________________________________________________</w:t>
            </w:r>
          </w:p>
        </w:tc>
      </w:tr>
    </w:tbl>
    <w:p/>
    <w:p>
      <w:pPr>
        <w:pStyle w:val="Heading1Custom"/>
      </w:pPr>
      <w:r>
        <w:t>8. Confirmaciones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B7C4D6"/>
          <w:left w:val="single" w:sz="8" w:space="0" w:color="B7C4D6"/>
          <w:bottom w:val="single" w:sz="8" w:space="0" w:color="B7C4D6"/>
          <w:right w:val="single" w:sz="8" w:space="0" w:color="B7C4D6"/>
          <w:insideH w:val="single" w:sz="8" w:space="0" w:color="B7C4D6"/>
          <w:insideV w:val="single" w:sz="8" w:space="0" w:color="B7C4D6"/>
        </w:tblBorders>
      </w:tblPr>
      <w:tblGrid>
        <w:gridCol w:w="2484"/>
        <w:gridCol w:w="2484"/>
        <w:gridCol w:w="2484"/>
        <w:gridCol w:w="2484"/>
      </w:tblGrid>
      <w:tr>
        <w:trPr>
          <w:tblHeader w:val="true"/>
        </w:trPr>
        <w:tc>
          <w:tcPr>
            <w:tcW w:type="dxa" w:w="5472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Confirmación</w:t>
            </w:r>
          </w:p>
        </w:tc>
        <w:tc>
          <w:tcPr>
            <w:tcW w:type="dxa" w:w="86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Sí</w:t>
            </w:r>
          </w:p>
        </w:tc>
        <w:tc>
          <w:tcPr>
            <w:tcW w:type="dxa" w:w="864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No</w:t>
            </w:r>
          </w:p>
        </w:tc>
        <w:tc>
          <w:tcPr>
            <w:tcW w:type="dxa" w:w="2880"/>
            <w:shd w:fill="18355D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pPr>
              <w:jc w:val="center"/>
            </w:pPr>
            <w:r>
              <w:rPr>
                <w:b/>
                <w:color w:val="FFFFFF"/>
              </w:rPr>
              <w:t>Observación</w:t>
            </w:r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Entregó copia de pasaporte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Entregó foto 2x2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Entregó acta de nacimiento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Entregó autorización parental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Recibió código de conducta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  <w:tr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  <w:shd w:fill="F4F7FB"/>
          </w:tcPr>
          <w:p>
            <w:r>
              <w:t>Recibió inducción de safeguarding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pPr>
              <w:jc w:val="center"/>
            </w:pPr>
            <w:r>
              <w:t>☐</w:t>
            </w:r>
          </w:p>
        </w:tc>
        <w:tc>
          <w:tcPr>
            <w:tcW w:type="dxa" w:w="2484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/>
          </w:p>
        </w:tc>
      </w:tr>
    </w:tbl>
    <w:p/>
    <w:p>
      <w:pPr>
        <w:pStyle w:val="Heading1Custom"/>
      </w:pPr>
      <w:r>
        <w:t>9. Observaciones internas</w:t>
      </w:r>
    </w:p>
    <w:p>
      <w:r>
        <w:t>________________________________________________________________________________</w:t>
        <w:br/>
        <w:t>________________________________________________________________________________</w:t>
        <w:br/>
        <w:t>________________________________________________________________________________</w:t>
      </w:r>
    </w:p>
    <w:p>
      <w:pPr>
        <w:pStyle w:val="Heading1Custom"/>
      </w:pPr>
      <w:r>
        <w:t>10. Firma de recepción documental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4968"/>
        <w:gridCol w:w="4968"/>
      </w:tblGrid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Padre / madre / tutor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Responsable de expedientes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  <w:tr>
        <w:tc>
          <w:tcPr>
            <w:tcW w:type="dxa" w:w="3744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rPr>
                <w:b/>
              </w:rPr>
              <w:t>Jefatura de delegación</w:t>
            </w:r>
          </w:p>
        </w:tc>
        <w:tc>
          <w:tcPr>
            <w:tcW w:type="dxa" w:w="4896"/>
            <w:tcMar>
              <w:top w:w="70" w:type="dxa"/>
              <w:start w:w="90" w:type="dxa"/>
              <w:bottom w:w="70" w:type="dxa"/>
              <w:end w:w="90" w:type="dxa"/>
            </w:tcMar>
          </w:tcPr>
          <w:p>
            <w:r>
              <w:t>________________________________________</w:t>
              <w:br/>
            </w:r>
            <w:r>
              <w:t>Nombre / firma / fecha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008" w:right="1152" w:bottom="864" w:left="1152" w:header="432" w:footer="43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t xml:space="preserve">Página </w:t>
    </w:r>
    <w:fldSimple w:instr="PAGE">
      <w:r/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Custom">
    <w:name w:val="TitleCustom"/>
    <w:pPr>
      <w:spacing w:after="0" w:before="0"/>
    </w:pPr>
    <w:rPr>
      <w:rFonts w:ascii="Aptos Display" w:hAnsi="Aptos Display" w:eastAsia="Aptos Display"/>
      <w:b/>
      <w:color w:val="18355D"/>
      <w:sz w:val="44"/>
    </w:rPr>
  </w:style>
  <w:style w:type="paragraph" w:customStyle="1" w:styleId="SubtitleCustom">
    <w:name w:val="SubtitleCustom"/>
    <w:pPr>
      <w:spacing w:after="80"/>
    </w:pPr>
    <w:rPr>
      <w:rFonts w:ascii="Aptos" w:hAnsi="Aptos"/>
      <w:color w:val="596373"/>
      <w:sz w:val="21"/>
    </w:rPr>
  </w:style>
  <w:style w:type="paragraph" w:customStyle="1" w:styleId="Heading1Custom">
    <w:name w:val="Heading1Custom"/>
    <w:pPr>
      <w:keepNext/>
      <w:spacing w:before="240" w:after="80"/>
    </w:pPr>
    <w:rPr>
      <w:rFonts w:ascii="Aptos" w:hAnsi="Aptos"/>
      <w:b/>
      <w:color w:val="18355D"/>
      <w:sz w:val="27"/>
    </w:rPr>
  </w:style>
  <w:style w:type="paragraph" w:customStyle="1" w:styleId="Heading2Custom">
    <w:name w:val="Heading2Custom"/>
    <w:pPr>
      <w:keepNext/>
      <w:spacing w:before="160" w:after="40"/>
    </w:pPr>
    <w:rPr>
      <w:rFonts w:ascii="Aptos" w:hAnsi="Aptos"/>
      <w:b/>
      <w:color w:val="31486C"/>
      <w:sz w:val="23"/>
    </w:rPr>
  </w:style>
  <w:style w:type="paragraph" w:customStyle="1" w:styleId="SmallNote">
    <w:name w:val="SmallNote"/>
    <w:pPr>
      <w:spacing w:before="80" w:after="120"/>
    </w:pPr>
    <w:rPr>
      <w:rFonts w:ascii="Aptos" w:hAnsi="Aptos"/>
      <w:i/>
      <w:color w:val="5C6370"/>
      <w:sz w:val="18"/>
    </w:rPr>
  </w:style>
  <w:style w:type="paragraph" w:customStyle="1" w:styleId="ListCustom">
    <w:name w:val="ListCustom"/>
    <w:pPr>
      <w:spacing w:after="60" w:line="264" w:lineRule="auto"/>
      <w:ind w:left="288"/>
    </w:pPr>
    <w:rPr>
      <w:rFonts w:ascii="Aptos" w:hAnsi="Aptos"/>
      <w:sz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