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Custom"/>
        <w:jc w:val="left"/>
      </w:pPr>
      <w:r>
        <w:t>Formulario de autorización parental, delegación de custodia operativa y consentimiento integral</w:t>
      </w:r>
    </w:p>
    <w:p>
      <w:pPr>
        <w:pStyle w:val="SubtitleCustom"/>
      </w:pPr>
      <w:r>
        <w:t>Para viajes, actividades, atención médica de urgencia, fotos/videos y tratamiento de datos personales de menores</w:t>
      </w:r>
    </w:p>
    <w:p>
      <w:pPr>
        <w:spacing w:after="160"/>
        <w:pBdr>
          <w:bottom w:val="single" w:sz="10" w:space="2" w:color="18355D"/>
        </w:pBdr>
      </w:pPr>
      <w:r>
        <w:t xml:space="preserve"> 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8" w:space="0" w:color="D0D8E5"/>
          <w:left w:val="single" w:sz="8" w:space="0" w:color="D0D8E5"/>
          <w:bottom w:val="single" w:sz="8" w:space="0" w:color="D0D8E5"/>
          <w:right w:val="single" w:sz="8" w:space="0" w:color="D0D8E5"/>
          <w:insideH w:val="single" w:sz="8" w:space="0" w:color="D0D8E5"/>
          <w:insideV w:val="single" w:sz="8" w:space="0" w:color="D0D8E5"/>
        </w:tblBorders>
      </w:tblPr>
      <w:tblGrid>
        <w:gridCol w:w="3312"/>
        <w:gridCol w:w="3312"/>
        <w:gridCol w:w="3312"/>
      </w:tblGrid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Código</w:t>
              <w:br/>
            </w:r>
            <w:r>
              <w:rPr>
                <w:sz w:val="19"/>
              </w:rPr>
              <w:t>FOR-MEN-001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Versión</w:t>
              <w:br/>
            </w:r>
            <w:r>
              <w:rPr>
                <w:sz w:val="19"/>
              </w:rPr>
              <w:t>1.0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Vigencia</w:t>
              <w:br/>
            </w:r>
            <w:r>
              <w:rPr>
                <w:sz w:val="19"/>
              </w:rPr>
              <w:t>[Fecha de aprobación]</w:t>
            </w:r>
          </w:p>
        </w:tc>
      </w:tr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Aprobado por</w:t>
              <w:br/>
            </w:r>
            <w:r>
              <w:rPr>
                <w:sz w:val="19"/>
              </w:rPr>
              <w:t>[Órgano/Presidencia]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Revisión</w:t>
              <w:br/>
            </w:r>
            <w:r>
              <w:rPr>
                <w:sz w:val="19"/>
              </w:rPr>
              <w:t>Anual o al ocurrir un incidente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Área responsable</w:t>
              <w:br/>
            </w:r>
            <w:r>
              <w:rPr>
                <w:sz w:val="19"/>
              </w:rPr>
              <w:t>[Nombre del responsable]</w:t>
            </w:r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  <w:tblBorders>
          <w:top w:val="single" w:sz="10" w:space="0" w:color="BFD0E6"/>
          <w:left w:val="single" w:sz="10" w:space="0" w:color="BFD0E6"/>
          <w:bottom w:val="single" w:sz="10" w:space="0" w:color="BFD0E6"/>
          <w:right w:val="single" w:sz="10" w:space="0" w:color="BFD0E6"/>
          <w:insideH w:val="single" w:sz="10" w:space="0" w:color="BFD0E6"/>
          <w:insideV w:val="single" w:sz="10" w:space="0" w:color="BFD0E6"/>
        </w:tblBorders>
      </w:tblPr>
      <w:tblGrid>
        <w:gridCol w:w="9936"/>
      </w:tblGrid>
      <w:tr>
        <w:tc>
          <w:tcPr>
            <w:tcW w:type="dxa" w:w="9936"/>
            <w:shd w:fill="EDF3FB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color w:val="18355D"/>
              </w:rPr>
              <w:t>Cómo usar este formulario</w:t>
              <w:br/>
            </w:r>
            <w:r>
              <w:t>Debe completarse un formulario por cada menor. Debe firmarse por ambos padres o por quien ostente la tutela o custodia legal. Si una firma no es posible, deberá adjuntarse el soporte que corresponda: sentencia, autorización judicial o poder consular/notarial según el caso.</w:t>
            </w:r>
          </w:p>
        </w:tc>
      </w:tr>
    </w:tbl>
    <w:p/>
    <w:p>
      <w:pPr>
        <w:pStyle w:val="Heading1Custom"/>
      </w:pPr>
      <w:r>
        <w:t>A. Información del menor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completo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Fecha de nacimiento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Edad al momento del viaje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Nacionalidad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Número de pasaporte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Fecha de vencimiento del pasaporte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Escuela / institución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Competencia / actividad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Destino(s)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Fechas del viaje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Del __________ al __________</w:t>
            </w:r>
          </w:p>
        </w:tc>
      </w:tr>
    </w:tbl>
    <w:p/>
    <w:p>
      <w:pPr>
        <w:pStyle w:val="Heading1Custom"/>
      </w:pPr>
      <w:r>
        <w:t>B. Información del padre, madre o tutor legal 1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completo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Relación con el menor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☐ Padre  ☐ Madre  ☐ Tutor legal  ☐ Otro: 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Cédula / pasaporte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Teléfono principal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Correo electrónico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Dirección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C. Información del padre, madre o tutor legal 2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completo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Relación con el menor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☐ Padre  ☐ Madre  ☐ Tutor legal  ☐ Otro: 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Cédula / pasaporte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Teléfono principal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Correo electrónico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Dirección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D. Delegación de custodia operativa durante la actividad y el viaje</w:t>
      </w:r>
    </w:p>
    <w:p>
      <w:r>
        <w:t>Por medio del presente, autorizo/autorizamos que el menor identificado participe en la actividad descrita y quede bajo la custodia operativa temporal de la delegación, exclusivamente para fines de traslado, hospedaje, participación, supervisión, seguridad y cumplimiento del itinerario oficial.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del jefe de delegación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Documento de identidad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Teléfono de contacto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Nombre(s) de adulto(s) acompañante(s) autorizados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  <w:br/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E. Autorización médica y de medicamentos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Autorizo a la jefatura de delegación a gestionar atención médica de urgencia si no fuese posible localizarme de inmediato.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Autorizo el suministro únicamente de los medicamentos expresamente detallados por mí en este formulario o en anexo firmado.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Entiendo que la delegación no sustituye al médico tratante y debe actuar con criterio de urgencia y mejor interés del menor.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Seguro médico / póliza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Condiciones médicas relevantes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  <w:br/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Alergias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Medicamentos autorizados / dosis / horario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  <w:br/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Centro médico preferido (si aplica)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F. Consentimiento sobre imagen, video y voz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  <w:tblBorders>
          <w:top w:val="single" w:sz="10" w:space="0" w:color="BFD0E6"/>
          <w:left w:val="single" w:sz="10" w:space="0" w:color="BFD0E6"/>
          <w:bottom w:val="single" w:sz="10" w:space="0" w:color="BFD0E6"/>
          <w:right w:val="single" w:sz="10" w:space="0" w:color="BFD0E6"/>
          <w:insideH w:val="single" w:sz="10" w:space="0" w:color="BFD0E6"/>
          <w:insideV w:val="single" w:sz="10" w:space="0" w:color="BFD0E6"/>
        </w:tblBorders>
      </w:tblPr>
      <w:tblGrid>
        <w:gridCol w:w="9936"/>
      </w:tblGrid>
      <w:tr>
        <w:tc>
          <w:tcPr>
            <w:tcW w:type="dxa" w:w="9936"/>
            <w:shd w:fill="EDF3FB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color w:val="18355D"/>
              </w:rPr>
              <w:t>Selecciona solo una opción por cada renglón</w:t>
              <w:br/>
            </w:r>
            <w:r>
              <w:t>La falta de autorización pública no afecta la participación del menor en la delegación.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B7C4D6"/>
          <w:left w:val="single" w:sz="8" w:space="0" w:color="B7C4D6"/>
          <w:bottom w:val="single" w:sz="8" w:space="0" w:color="B7C4D6"/>
          <w:right w:val="single" w:sz="8" w:space="0" w:color="B7C4D6"/>
          <w:insideH w:val="single" w:sz="8" w:space="0" w:color="B7C4D6"/>
          <w:insideV w:val="single" w:sz="8" w:space="0" w:color="B7C4D6"/>
        </w:tblBorders>
      </w:tblPr>
      <w:tblGrid>
        <w:gridCol w:w="2484"/>
        <w:gridCol w:w="2484"/>
        <w:gridCol w:w="2484"/>
        <w:gridCol w:w="2484"/>
      </w:tblGrid>
      <w:tr>
        <w:trPr>
          <w:tblHeader w:val="true"/>
        </w:trPr>
        <w:tc>
          <w:tcPr>
            <w:tcW w:type="dxa" w:w="6480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Uso permitido</w:t>
            </w:r>
          </w:p>
        </w:tc>
        <w:tc>
          <w:tcPr>
            <w:tcW w:type="dxa" w:w="864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Sí</w:t>
            </w:r>
          </w:p>
        </w:tc>
        <w:tc>
          <w:tcPr>
            <w:tcW w:type="dxa" w:w="864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No</w:t>
            </w:r>
          </w:p>
        </w:tc>
        <w:tc>
          <w:tcPr>
            <w:tcW w:type="dxa" w:w="1728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Observación</w:t>
            </w:r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Registro interno y documental de la delegación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Difusión institucional restringida (informes, memorias, presentaciones cerradas)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Publicación pública en redes, web o prensa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Uso promocional futuro de imagen/testimonio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</w:tbl>
    <w:p/>
    <w:p>
      <w:pPr>
        <w:pStyle w:val="Heading1Custom"/>
      </w:pPr>
      <w:r>
        <w:t>G. Consentimiento para tratamiento de datos</w:t>
      </w:r>
    </w:p>
    <w:p>
      <w:r>
        <w:t>Autorizo/autorizamos el tratamiento de los datos personales del menor y de la familia para los fines de selección, viaje, seguridad, coordinación logística, participación en la competencia y cumplimiento de requisitos de autoridades, organizadores y proveedores estrictamente necesarios.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¿Autoriza el tratamiento para fines operativos del viaje y la actividad?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☐ Sí  ☐ No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¿Autoriza el uso de datos para comunicaciones futuras de la organización?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☐ Sí  ☐ No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Observaciones o restricciones específicas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  <w:br/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H. Regla de convivencia fuera del horario oficial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  <w:tblBorders>
          <w:top w:val="single" w:sz="10" w:space="0" w:color="BFD0E6"/>
          <w:left w:val="single" w:sz="10" w:space="0" w:color="BFD0E6"/>
          <w:bottom w:val="single" w:sz="10" w:space="0" w:color="BFD0E6"/>
          <w:right w:val="single" w:sz="10" w:space="0" w:color="BFD0E6"/>
          <w:insideH w:val="single" w:sz="10" w:space="0" w:color="BFD0E6"/>
          <w:insideV w:val="single" w:sz="10" w:space="0" w:color="BFD0E6"/>
        </w:tblBorders>
      </w:tblPr>
      <w:tblGrid>
        <w:gridCol w:w="9936"/>
      </w:tblGrid>
      <w:tr>
        <w:tc>
          <w:tcPr>
            <w:tcW w:type="dxa" w:w="9936"/>
            <w:shd w:fill="EDF3FB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color w:val="18355D"/>
              </w:rPr>
              <w:t>Cláusula especial</w:t>
              <w:br/>
            </w:r>
            <w:r>
              <w:t>Declaro/Declaramos que ninguna persona, salvo el padre, la madre o el tutor legal del menor, podrá reunirse, retirar, pasear, trasladar o compartir con el menor fuera de los horarios oficiales de la competencia o actividad. Cualquier excepción extraordinaria deberá quedar autorizada por escrito por la familia y aceptada por la jefatura de delegación.</w:t>
            </w:r>
          </w:p>
        </w:tc>
      </w:tr>
    </w:tbl>
    <w:p/>
    <w:p>
      <w:pPr>
        <w:pStyle w:val="Heading1Custom"/>
      </w:pPr>
      <w:r>
        <w:t>I. Declaraciones finales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Confirmo/confirmamos que la información suministrada es verdadera y completa.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Reconozco/reconocemos haber recibido y aceptado el Código de Conducta y la Política de Safeguarding.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Me comprometo/nos comprometemos a mantener activos los teléfonos de emergencia durante el viaje.</w:t>
      </w:r>
    </w:p>
    <w:p>
      <w:pPr>
        <w:pStyle w:val="Heading1Custom"/>
      </w:pPr>
      <w:r>
        <w:t>J. Firmas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4968"/>
        <w:gridCol w:w="4968"/>
      </w:tblGrid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Padre / madre / tutor 1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Padre / madre / tutor 2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Jefatura de delegación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Testigo / recepción documental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008" w:right="1152" w:bottom="864" w:left="1152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 xml:space="preserve">Página </w:t>
    </w:r>
    <w:fldSimple w:instr="PAGE">
      <w:r/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Custom">
    <w:name w:val="TitleCustom"/>
    <w:pPr>
      <w:spacing w:after="0" w:before="0"/>
    </w:pPr>
    <w:rPr>
      <w:rFonts w:ascii="Aptos Display" w:hAnsi="Aptos Display" w:eastAsia="Aptos Display"/>
      <w:b/>
      <w:color w:val="18355D"/>
      <w:sz w:val="44"/>
    </w:rPr>
  </w:style>
  <w:style w:type="paragraph" w:customStyle="1" w:styleId="SubtitleCustom">
    <w:name w:val="SubtitleCustom"/>
    <w:pPr>
      <w:spacing w:after="80"/>
    </w:pPr>
    <w:rPr>
      <w:rFonts w:ascii="Aptos" w:hAnsi="Aptos"/>
      <w:color w:val="596373"/>
      <w:sz w:val="21"/>
    </w:rPr>
  </w:style>
  <w:style w:type="paragraph" w:customStyle="1" w:styleId="Heading1Custom">
    <w:name w:val="Heading1Custom"/>
    <w:pPr>
      <w:keepNext/>
      <w:spacing w:before="240" w:after="80"/>
    </w:pPr>
    <w:rPr>
      <w:rFonts w:ascii="Aptos" w:hAnsi="Aptos"/>
      <w:b/>
      <w:color w:val="18355D"/>
      <w:sz w:val="27"/>
    </w:rPr>
  </w:style>
  <w:style w:type="paragraph" w:customStyle="1" w:styleId="Heading2Custom">
    <w:name w:val="Heading2Custom"/>
    <w:pPr>
      <w:keepNext/>
      <w:spacing w:before="160" w:after="40"/>
    </w:pPr>
    <w:rPr>
      <w:rFonts w:ascii="Aptos" w:hAnsi="Aptos"/>
      <w:b/>
      <w:color w:val="31486C"/>
      <w:sz w:val="23"/>
    </w:rPr>
  </w:style>
  <w:style w:type="paragraph" w:customStyle="1" w:styleId="SmallNote">
    <w:name w:val="SmallNote"/>
    <w:pPr>
      <w:spacing w:before="80" w:after="120"/>
    </w:pPr>
    <w:rPr>
      <w:rFonts w:ascii="Aptos" w:hAnsi="Aptos"/>
      <w:i/>
      <w:color w:val="5C6370"/>
      <w:sz w:val="18"/>
    </w:rPr>
  </w:style>
  <w:style w:type="paragraph" w:customStyle="1" w:styleId="ListCustom">
    <w:name w:val="ListCustom"/>
    <w:pPr>
      <w:spacing w:after="60" w:line="264" w:lineRule="auto"/>
      <w:ind w:left="288"/>
    </w:pPr>
    <w:rPr>
      <w:rFonts w:ascii="Aptos" w:hAnsi="Aptos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